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SEO content brief</w:t>
      </w:r>
    </w:p>
    <w:p>
      <w:r>
        <w:rPr>
          <w:b/>
          <w:color w:val="732DE2"/>
          <w:sz w:val="18"/>
        </w:rPr>
        <w:t>EDITABLE TEMPLATE — replace the bracketed fields</w:t>
      </w:r>
    </w:p>
    <w:p>
      <w:r>
        <w:rPr>
          <w:b w:val="0"/>
        </w:rPr>
        <w:t>Project: [name]  |  Owner: [name]  |  Review: [date]</w:t>
      </w:r>
    </w:p>
    <w:p>
      <w:pPr>
        <w:pStyle w:val="Heading1"/>
      </w:pPr>
      <w:r>
        <w:t>1. Reader, question and next step</w:t>
      </w:r>
    </w:p>
    <w:p>
      <w:r>
        <w:rPr>
          <w:b w:val="0"/>
        </w:rPr>
        <w:t>[Who is this for? What question will it answer? What should the reader be able to do next?]</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2160"/>
        <w:gridCol w:w="8064"/>
      </w:tblGrid>
      <w:tr>
        <w:trPr>
          <w:tblHeader/>
          <w:cantSplit/>
        </w:trPr>
        <w:tc>
          <w:tcPr>
            <w:tcW w:type="dxa" w:w="2160"/>
            <w:shd w:fill="F0EAF9"/>
            <w:tcMar>
              <w:top w:w="90" w:type="dxa"/>
              <w:left w:w="90" w:type="dxa"/>
              <w:bottom w:w="90" w:type="dxa"/>
              <w:right w:w="90" w:type="dxa"/>
            </w:tcMar>
          </w:tcPr>
          <w:p>
            <w:pPr>
              <w:spacing w:after="40" w:before="40" w:line="240" w:lineRule="auto"/>
            </w:pPr>
            <w:r>
              <w:rPr>
                <w:b/>
              </w:rPr>
              <w:t>Page target</w:t>
            </w:r>
          </w:p>
        </w:tc>
        <w:tc>
          <w:tcPr>
            <w:tcW w:type="dxa" w:w="8064"/>
            <w:shd w:fill="F0EAF9"/>
            <w:tcMar>
              <w:top w:w="90" w:type="dxa"/>
              <w:left w:w="90" w:type="dxa"/>
              <w:bottom w:w="90" w:type="dxa"/>
              <w:right w:w="90" w:type="dxa"/>
            </w:tcMar>
          </w:tcPr>
          <w:p>
            <w:pPr>
              <w:spacing w:after="40" w:before="40" w:line="240" w:lineRule="auto"/>
            </w:pPr>
            <w:r>
              <w:rPr>
                <w:b/>
              </w:rPr>
              <w:t>Your brief</w:t>
            </w:r>
          </w:p>
        </w:tc>
      </w:tr>
      <w:tr>
        <w:trPr>
          <w:cantSplit/>
        </w:trPr>
        <w:tc>
          <w:tcPr>
            <w:tcW w:type="dxa" w:w="2160"/>
            <w:tcMar>
              <w:top w:w="90" w:type="dxa"/>
              <w:left w:w="90" w:type="dxa"/>
              <w:bottom w:w="90" w:type="dxa"/>
              <w:right w:w="90" w:type="dxa"/>
            </w:tcMar>
          </w:tcPr>
          <w:p>
            <w:pPr>
              <w:spacing w:after="40" w:before="40" w:line="240" w:lineRule="auto"/>
            </w:pPr>
            <w:r>
              <w:t>Main query / intent</w:t>
            </w:r>
          </w:p>
        </w:tc>
        <w:tc>
          <w:tcPr>
            <w:tcW w:type="dxa" w:w="8064"/>
            <w:tcMar>
              <w:top w:w="90" w:type="dxa"/>
              <w:left w:w="90" w:type="dxa"/>
              <w:bottom w:w="90" w:type="dxa"/>
              <w:right w:w="90" w:type="dxa"/>
            </w:tcMar>
          </w:tcPr>
          <w:p>
            <w:pPr>
              <w:spacing w:after="40" w:before="40" w:line="240" w:lineRule="auto"/>
            </w:pPr>
            <w:r>
              <w:t>[query + intent]</w:t>
            </w:r>
          </w:p>
        </w:tc>
      </w:tr>
      <w:tr>
        <w:trPr>
          <w:cantSplit/>
        </w:trPr>
        <w:tc>
          <w:tcPr>
            <w:tcW w:type="dxa" w:w="2160"/>
            <w:tcMar>
              <w:top w:w="90" w:type="dxa"/>
              <w:left w:w="90" w:type="dxa"/>
              <w:bottom w:w="90" w:type="dxa"/>
              <w:right w:w="90" w:type="dxa"/>
            </w:tcMar>
          </w:tcPr>
          <w:p>
            <w:pPr>
              <w:spacing w:after="40" w:before="40" w:line="240" w:lineRule="auto"/>
            </w:pPr>
            <w:r>
              <w:t>URL / page action</w:t>
            </w:r>
          </w:p>
        </w:tc>
        <w:tc>
          <w:tcPr>
            <w:tcW w:type="dxa" w:w="8064"/>
            <w:tcMar>
              <w:top w:w="90" w:type="dxa"/>
              <w:left w:w="90" w:type="dxa"/>
              <w:bottom w:w="90" w:type="dxa"/>
              <w:right w:w="90" w:type="dxa"/>
            </w:tcMar>
          </w:tcPr>
          <w:p>
            <w:pPr>
              <w:spacing w:after="40" w:before="40" w:line="240" w:lineRule="auto"/>
            </w:pPr>
            <w:r>
              <w:t>[URL + create or improve]</w:t>
            </w:r>
          </w:p>
        </w:tc>
      </w:tr>
      <w:tr>
        <w:trPr>
          <w:cantSplit/>
        </w:trPr>
        <w:tc>
          <w:tcPr>
            <w:tcW w:type="dxa" w:w="2160"/>
            <w:tcMar>
              <w:top w:w="90" w:type="dxa"/>
              <w:left w:w="90" w:type="dxa"/>
              <w:bottom w:w="90" w:type="dxa"/>
              <w:right w:w="90" w:type="dxa"/>
            </w:tcMar>
          </w:tcPr>
          <w:p>
            <w:pPr>
              <w:spacing w:after="40" w:before="40" w:line="240" w:lineRule="auto"/>
            </w:pPr>
            <w:r>
              <w:t>Working title</w:t>
            </w:r>
          </w:p>
        </w:tc>
        <w:tc>
          <w:tcPr>
            <w:tcW w:type="dxa" w:w="8064"/>
            <w:tcMar>
              <w:top w:w="90" w:type="dxa"/>
              <w:left w:w="90" w:type="dxa"/>
              <w:bottom w:w="90" w:type="dxa"/>
              <w:right w:w="90" w:type="dxa"/>
            </w:tcMar>
          </w:tcPr>
          <w:p>
            <w:pPr>
              <w:spacing w:after="40" w:before="40" w:line="240" w:lineRule="auto"/>
            </w:pPr>
            <w:r>
              <w:t>[clear, accurate title]</w:t>
            </w:r>
          </w:p>
        </w:tc>
      </w:tr>
    </w:tbl>
    <w:p>
      <w:pPr>
        <w:pStyle w:val="Heading1"/>
      </w:pPr>
      <w:r>
        <w:t>2. Outline</w:t>
      </w:r>
    </w:p>
    <w:p>
      <w:r>
        <w:rPr>
          <w:b w:val="0"/>
        </w:rPr>
        <w:t>H1: [main heading]</w:t>
        <w:br/>
        <w:t>H2: [answer the main question]</w:t>
        <w:br/>
        <w:t>H2: [steps, comparison or worked example]</w:t>
        <w:br/>
        <w:t>H2: [limitations and next action]</w:t>
      </w:r>
    </w:p>
    <w:p>
      <w:pPr>
        <w:pStyle w:val="Heading1"/>
      </w:pPr>
      <w:r>
        <w:t>3. Evidence and internal links</w:t>
      </w:r>
    </w:p>
    <w:p>
      <w:r>
        <w:rPr>
          <w:b w:val="0"/>
        </w:rPr>
        <w:t>[Original example or evidence to collect; expert/reviewer; reference URLs; relevant internal links and anchor text.]</w:t>
      </w:r>
    </w:p>
    <w:p>
      <w:pPr>
        <w:pStyle w:val="Heading1"/>
      </w:pPr>
      <w:r>
        <w:t>4. Search summary and publishing check</w:t>
      </w:r>
    </w:p>
    <w:p>
      <w:r>
        <w:rPr>
          <w:b w:val="0"/>
        </w:rPr>
        <w:t>[Draft a concise meta description that accurately explains the page.]</w:t>
      </w:r>
    </w:p>
    <w:p>
      <w:r>
        <w:rPr>
          <w:b w:val="0"/>
        </w:rPr>
        <w:t>Check before publishing: clear answer; verified claims; useful headings; image alternatives; working links; suitable canonical/index status; named reviewer.</w:t>
      </w:r>
    </w:p>
    <w:p>
      <w:r>
        <w:br w:type="page"/>
      </w:r>
    </w:p>
    <w:p>
      <w:pPr>
        <w:pStyle w:val="Title"/>
      </w:pPr>
      <w:r>
        <w:t>SEO content brief</w:t>
      </w:r>
    </w:p>
    <w:p>
      <w:r>
        <w:rPr>
          <w:b/>
          <w:color w:val="732DE2"/>
          <w:sz w:val="18"/>
        </w:rPr>
        <w:t>ILLUSTRATIVE EXAMPLE — fictional business and data</w:t>
      </w:r>
    </w:p>
    <w:p>
      <w:r>
        <w:rPr>
          <w:b w:val="0"/>
        </w:rPr>
        <w:t>Project: Example Cleaning  |  Owner: Sam  |  Review: 4 Sep 2026</w:t>
      </w:r>
    </w:p>
    <w:p>
      <w:pPr>
        <w:pStyle w:val="Heading1"/>
      </w:pPr>
      <w:r>
        <w:t>1. Reader, question and next step</w:t>
      </w:r>
    </w:p>
    <w:p>
      <w:r>
        <w:rPr>
          <w:b w:val="0"/>
        </w:rPr>
        <w:t>Office managers planning a cleaning schedule. Explain which factors change the frequency and help them request a suitable quote.</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2160"/>
        <w:gridCol w:w="8064"/>
      </w:tblGrid>
      <w:tr>
        <w:trPr>
          <w:tblHeader/>
          <w:cantSplit/>
        </w:trPr>
        <w:tc>
          <w:tcPr>
            <w:tcW w:type="dxa" w:w="2160"/>
            <w:shd w:fill="F0EAF9"/>
            <w:tcMar>
              <w:top w:w="90" w:type="dxa"/>
              <w:left w:w="90" w:type="dxa"/>
              <w:bottom w:w="90" w:type="dxa"/>
              <w:right w:w="90" w:type="dxa"/>
            </w:tcMar>
          </w:tcPr>
          <w:p>
            <w:pPr>
              <w:spacing w:after="40" w:before="40" w:line="240" w:lineRule="auto"/>
            </w:pPr>
            <w:r>
              <w:rPr>
                <w:b/>
              </w:rPr>
              <w:t>Page target</w:t>
            </w:r>
          </w:p>
        </w:tc>
        <w:tc>
          <w:tcPr>
            <w:tcW w:type="dxa" w:w="8064"/>
            <w:shd w:fill="F0EAF9"/>
            <w:tcMar>
              <w:top w:w="90" w:type="dxa"/>
              <w:left w:w="90" w:type="dxa"/>
              <w:bottom w:w="90" w:type="dxa"/>
              <w:right w:w="90" w:type="dxa"/>
            </w:tcMar>
          </w:tcPr>
          <w:p>
            <w:pPr>
              <w:spacing w:after="40" w:before="40" w:line="240" w:lineRule="auto"/>
            </w:pPr>
            <w:r>
              <w:rPr>
                <w:b/>
              </w:rPr>
              <w:t>Your brief</w:t>
            </w:r>
          </w:p>
        </w:tc>
      </w:tr>
      <w:tr>
        <w:trPr>
          <w:cantSplit/>
        </w:trPr>
        <w:tc>
          <w:tcPr>
            <w:tcW w:type="dxa" w:w="2160"/>
            <w:tcMar>
              <w:top w:w="90" w:type="dxa"/>
              <w:left w:w="90" w:type="dxa"/>
              <w:bottom w:w="90" w:type="dxa"/>
              <w:right w:w="90" w:type="dxa"/>
            </w:tcMar>
          </w:tcPr>
          <w:p>
            <w:pPr>
              <w:spacing w:after="40" w:before="40" w:line="240" w:lineRule="auto"/>
            </w:pPr>
            <w:r>
              <w:t>Main query / intent</w:t>
            </w:r>
          </w:p>
        </w:tc>
        <w:tc>
          <w:tcPr>
            <w:tcW w:type="dxa" w:w="8064"/>
            <w:tcMar>
              <w:top w:w="90" w:type="dxa"/>
              <w:left w:w="90" w:type="dxa"/>
              <w:bottom w:w="90" w:type="dxa"/>
              <w:right w:w="90" w:type="dxa"/>
            </w:tcMar>
          </w:tcPr>
          <w:p>
            <w:pPr>
              <w:spacing w:after="40" w:before="40" w:line="240" w:lineRule="auto"/>
            </w:pPr>
            <w:r>
              <w:t>How often should an office be cleaned? / Informational</w:t>
            </w:r>
          </w:p>
        </w:tc>
      </w:tr>
      <w:tr>
        <w:trPr>
          <w:cantSplit/>
        </w:trPr>
        <w:tc>
          <w:tcPr>
            <w:tcW w:type="dxa" w:w="2160"/>
            <w:tcMar>
              <w:top w:w="90" w:type="dxa"/>
              <w:left w:w="90" w:type="dxa"/>
              <w:bottom w:w="90" w:type="dxa"/>
              <w:right w:w="90" w:type="dxa"/>
            </w:tcMar>
          </w:tcPr>
          <w:p>
            <w:pPr>
              <w:spacing w:after="40" w:before="40" w:line="240" w:lineRule="auto"/>
            </w:pPr>
            <w:r>
              <w:t>URL / page action</w:t>
            </w:r>
          </w:p>
        </w:tc>
        <w:tc>
          <w:tcPr>
            <w:tcW w:type="dxa" w:w="8064"/>
            <w:tcMar>
              <w:top w:w="90" w:type="dxa"/>
              <w:left w:w="90" w:type="dxa"/>
              <w:bottom w:w="90" w:type="dxa"/>
              <w:right w:w="90" w:type="dxa"/>
            </w:tcMar>
          </w:tcPr>
          <w:p>
            <w:pPr>
              <w:spacing w:after="40" w:before="40" w:line="240" w:lineRule="auto"/>
            </w:pPr>
            <w:r>
              <w:t>example.com/office-cleaning-frequency/ / Create</w:t>
            </w:r>
          </w:p>
        </w:tc>
      </w:tr>
      <w:tr>
        <w:trPr>
          <w:cantSplit/>
        </w:trPr>
        <w:tc>
          <w:tcPr>
            <w:tcW w:type="dxa" w:w="2160"/>
            <w:tcMar>
              <w:top w:w="90" w:type="dxa"/>
              <w:left w:w="90" w:type="dxa"/>
              <w:bottom w:w="90" w:type="dxa"/>
              <w:right w:w="90" w:type="dxa"/>
            </w:tcMar>
          </w:tcPr>
          <w:p>
            <w:pPr>
              <w:spacing w:after="40" w:before="40" w:line="240" w:lineRule="auto"/>
            </w:pPr>
            <w:r>
              <w:t>Working title</w:t>
            </w:r>
          </w:p>
        </w:tc>
        <w:tc>
          <w:tcPr>
            <w:tcW w:type="dxa" w:w="8064"/>
            <w:tcMar>
              <w:top w:w="90" w:type="dxa"/>
              <w:left w:w="90" w:type="dxa"/>
              <w:bottom w:w="90" w:type="dxa"/>
              <w:right w:w="90" w:type="dxa"/>
            </w:tcMar>
          </w:tcPr>
          <w:p>
            <w:pPr>
              <w:spacing w:after="40" w:before="40" w:line="240" w:lineRule="auto"/>
            </w:pPr>
            <w:r>
              <w:t>Office Cleaning Frequency: A Practical Planning Guide</w:t>
            </w:r>
          </w:p>
        </w:tc>
      </w:tr>
    </w:tbl>
    <w:p>
      <w:pPr>
        <w:pStyle w:val="Heading1"/>
      </w:pPr>
      <w:r>
        <w:t>2. Outline</w:t>
      </w:r>
    </w:p>
    <w:p>
      <w:r>
        <w:rPr>
          <w:b w:val="0"/>
        </w:rPr>
        <w:t>H1: Office cleaning frequency</w:t>
        <w:br/>
        <w:t>H2: Start with usage, shared areas and service needs</w:t>
        <w:br/>
        <w:t>H2: Build a daily, weekly and periodic task plan</w:t>
        <w:br/>
        <w:t>H2: When to review the schedule</w:t>
      </w:r>
    </w:p>
    <w:p>
      <w:pPr>
        <w:pStyle w:val="Heading1"/>
      </w:pPr>
      <w:r>
        <w:t>3. Evidence and internal links</w:t>
      </w:r>
    </w:p>
    <w:p>
      <w:r>
        <w:rPr>
          <w:b w:val="0"/>
        </w:rPr>
        <w:t>Ask the operations lead for a real task schedule and permission to use it. Validate any hygiene claim with a suitable authority. Link to the office-cleaning service and quote page. Do not invent customer results.</w:t>
      </w:r>
    </w:p>
    <w:p>
      <w:pPr>
        <w:pStyle w:val="Heading1"/>
      </w:pPr>
      <w:r>
        <w:t>4. Search summary and publishing check</w:t>
      </w:r>
    </w:p>
    <w:p>
      <w:r>
        <w:rPr>
          <w:b w:val="0"/>
        </w:rPr>
        <w:t>Summary: Plan an office cleaning schedule around usage, shared spaces and priorities. See how to organise tasks before requesting a quote.</w:t>
      </w:r>
    </w:p>
    <w:p>
      <w:r>
        <w:rPr>
          <w:b w:val="0"/>
        </w:rPr>
        <w:t>Check before publishing: clear answer; verified claims; useful headings; image alternatives; working links; suitable canonical/index status; named reviewer.</w:t>
      </w:r>
    </w:p>
    <w:p>
      <w:r>
        <w:br w:type="page"/>
      </w:r>
    </w:p>
    <w:p>
      <w:pPr>
        <w:pStyle w:val="Title"/>
      </w:pPr>
      <w:r>
        <w:t>Use this content brief</w:t>
      </w:r>
    </w:p>
    <w:p>
      <w:r>
        <w:rPr>
          <w:b w:val="0"/>
        </w:rPr>
        <w:t>Keep the blank template, remove the example pages, and save a copy for each project. This is a manual resource, not an automated audit or a ranking guarantee.</w:t>
      </w:r>
    </w:p>
    <w:p>
      <w:pPr>
        <w:pStyle w:val="Heading1"/>
      </w:pPr>
      <w:r>
        <w:t>Start with the reader</w:t>
      </w:r>
    </w:p>
    <w:p>
      <w:r>
        <w:rPr>
          <w:b w:val="0"/>
        </w:rPr>
        <w:t>Use the current search results to understand the query, not to copy competitors. Confirm the intended market and the type of page people need.</w:t>
      </w:r>
    </w:p>
    <w:p>
      <w:pPr>
        <w:pStyle w:val="Heading1"/>
      </w:pPr>
      <w:r>
        <w:t>Ask for material before writing</w:t>
      </w:r>
    </w:p>
    <w:p>
      <w:r>
        <w:rPr>
          <w:b w:val="0"/>
        </w:rPr>
        <w:t>Collect real examples, screenshots and first-hand explanations. Mark any missing evidence for review. Do not present fictional experience or AI text as proof.</w:t>
      </w:r>
    </w:p>
    <w:p>
      <w:pPr>
        <w:pStyle w:val="Heading1"/>
      </w:pPr>
      <w:r>
        <w:t>Keep it proportionate</w:t>
      </w:r>
    </w:p>
    <w:p>
      <w:r>
        <w:rPr>
          <w:b w:val="0"/>
        </w:rPr>
        <w:t>The outline is a starting point, not a word-count target. Add a table only when it helps readers compare or act. Google may choose a different search title or snippet.</w:t>
      </w:r>
    </w:p>
    <w:p>
      <w:pPr>
        <w:pStyle w:val="Heading1"/>
      </w:pPr>
      <w:r>
        <w:t>Reading references</w:t>
      </w:r>
    </w:p>
    <w:p>
      <w:r>
        <w:rPr>
          <w:b w:val="0"/>
        </w:rPr>
        <w:t>Original SEOWithJack resource. The reporting structure is informed by the guides below; no copied template, affiliation or endorsement is implied.</w:t>
      </w:r>
    </w:p>
    <w:p>
      <w:r>
        <w:rPr>
          <w:b/>
        </w:rPr>
        <w:t>Google: helpful, reliable content</w:t>
      </w:r>
    </w:p>
    <w:p>
      <w:r>
        <w:rPr>
          <w:b w:val="0"/>
          <w:sz w:val="18"/>
        </w:rPr>
        <w:t>https://developers.google.com/search/docs/fundamentals/creating-helpful-content</w:t>
      </w:r>
    </w:p>
    <w:p>
      <w:r>
        <w:rPr>
          <w:b/>
        </w:rPr>
        <w:t>Backlinko template library</w:t>
      </w:r>
    </w:p>
    <w:p>
      <w:r>
        <w:rPr>
          <w:b w:val="0"/>
          <w:sz w:val="18"/>
        </w:rPr>
        <w:t>https://backlinko.com/templates/marketing</w:t>
      </w:r>
    </w:p>
    <w:p>
      <w:r>
        <w:rPr>
          <w:b w:val="0"/>
        </w:rPr>
        <w:t>You may edit and use this resource for your own business or client work. Do not resell or redistribute the unchanged template as your own product. No email or account is required to download it.</w:t>
      </w:r>
    </w:p>
    <w:sectPr w:rsidR="00FC693F" w:rsidRPr="0006063C" w:rsidSect="00034616">
      <w:headerReference w:type="default" r:id="rId9"/>
      <w:footerReference w:type="default" r:id="rId10"/>
      <w:pgSz w:w="12240" w:h="15840"/>
      <w:pgMar w:top="936" w:right="1008" w:bottom="936" w:left="1008"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pPr>
    <w:r>
      <w:rPr>
        <w:sz w:val="16"/>
      </w:rPr>
      <w:t>seowithjack.com/resources/  ·  English  ·  v1.0  ·  4 Sep 2026</w:t>
    </w:r>
    <w:r>
      <w:rPr>
        <w:sz w:val="16"/>
      </w:rPr>
      <w:t xml:space="preserve">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732DE2"/>
        <w:sz w:val="18"/>
      </w:rPr>
      <w:t>SEOWithJack  /  FREE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color w:val="2927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292735"/>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29273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before="200"/>
      <w:contextualSpacing/>
    </w:pPr>
    <w:rPr>
      <w:rFonts w:asciiTheme="majorHAnsi" w:eastAsiaTheme="majorEastAsia" w:hAnsiTheme="majorHAnsi" w:cstheme="majorBidi" w:ascii="Arial" w:hAnsi="Arial"/>
      <w:b/>
      <w:color w:val="29273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content brief</dc:title>
  <dc:subject>Editable template with a clearly labelled illustrative example</dc:subject>
  <dc:creator>SEOWithJack</dc:creator>
  <cp:keywords>SEOWithJack, SEO, template, resource</cp:keywords>
  <dc:description>generated by python-docx</dc:description>
  <cp:lastModifiedBy/>
  <cp:revision>1</cp:revision>
  <dcterms:created xsi:type="dcterms:W3CDTF">2013-12-23T23:15:00Z</dcterms:created>
  <dcterms:modified xsi:type="dcterms:W3CDTF">2013-12-23T23:15:00Z</dcterms:modified>
  <cp:category/>
</cp:coreProperties>
</file>